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Employment Application</w:t>
      </w:r>
    </w:p>
    <w:p>
      <w:pPr>
        <w:spacing w:after="140"/>
      </w:pPr>
      <w:r>
        <w:rPr>
          <w:b/>
        </w:rPr>
        <w:t>More Heat More Cool, Inc.</w:t>
      </w:r>
    </w:p>
    <w:p>
      <w:pPr>
        <w:spacing w:after="140"/>
      </w:pPr>
      <w:r>
        <w:t>180 Breaden Dr, Monroe, OH 45050  |  937-794-5060</w:t>
        <w:br/>
        <w:t>info@moreheatmorecool.com  |  moreheatmorecool.com</w:t>
      </w:r>
    </w:p>
    <w:p>
      <w:pPr>
        <w:spacing w:after="140"/>
      </w:pPr>
      <w:r>
        <w:t>Please complete all sections clearly. Write N/A where a question does not apply. You may attach a resume and additional pages. Do not include your Social Security number or medical information.</w:t>
      </w:r>
    </w:p>
    <w:p>
      <w:pPr>
        <w:pStyle w:val="Heading1"/>
      </w:pPr>
      <w:r>
        <w:t>Position and Availability</w:t>
      </w:r>
    </w:p>
    <w:p>
      <w:pPr>
        <w:spacing w:after="180"/>
      </w:pPr>
      <w:r>
        <w:t>Position applying for: ______________________________   Application date: ______________</w:t>
      </w:r>
    </w:p>
    <w:p>
      <w:pPr>
        <w:spacing w:after="140"/>
      </w:pPr>
      <w:r>
        <w:t>Areas of interest:  ☐ Service technician   ☐ Installer   ☐ Apprentice   ☐ Comfort advisor / sales</w:t>
        <w:br/>
        <w:t>☐ Customer service / dispatch   ☐ Office / administration   ☐ Other: _______________________</w:t>
      </w:r>
    </w:p>
    <w:p>
      <w:pPr>
        <w:spacing w:after="180"/>
      </w:pPr>
      <w:r>
        <w:t>Employment desired:  ☐ Full time   ☐ Part time   ☐ Seasonal   Earliest start date: _____________</w:t>
      </w:r>
    </w:p>
    <w:p>
      <w:pPr>
        <w:spacing w:after="180"/>
      </w:pPr>
      <w:r>
        <w:t>Desired compensation: $________________ per ☐ Hour  ☐ Year  ☐ Other: ________________</w:t>
      </w:r>
    </w:p>
    <w:p>
      <w:pPr>
        <w:spacing w:after="180"/>
      </w:pPr>
      <w:r>
        <w:t>Days and hours available: ________________________________________________________</w:t>
      </w:r>
    </w:p>
    <w:p>
      <w:pPr>
        <w:spacing w:after="140"/>
      </w:pPr>
      <w:r>
        <w:t>Available for scheduled Saturdays?  ☐ Yes  ☐ No   Emergency on call shifts?  ☐ Yes  ☐ No</w:t>
      </w:r>
    </w:p>
    <w:p>
      <w:pPr>
        <w:spacing w:after="180"/>
      </w:pPr>
      <w:r>
        <w:t>Scheduling limitations, if any: ______________________________________________________</w:t>
      </w:r>
    </w:p>
    <w:p>
      <w:pPr>
        <w:pStyle w:val="Heading1"/>
      </w:pPr>
      <w:r>
        <w:t>Contact Information</w:t>
      </w:r>
    </w:p>
    <w:p>
      <w:pPr>
        <w:spacing w:after="180"/>
      </w:pPr>
      <w:r>
        <w:t>Full name: _____________________________________________________________________</w:t>
      </w:r>
    </w:p>
    <w:p>
      <w:pPr>
        <w:spacing w:after="180"/>
      </w:pPr>
      <w:r>
        <w:t>Street address: __________________________________________________________________</w:t>
      </w:r>
    </w:p>
    <w:p>
      <w:pPr>
        <w:spacing w:after="180"/>
      </w:pPr>
      <w:r>
        <w:t>City: __________________________________  State: __________  ZIP: __________________</w:t>
      </w:r>
    </w:p>
    <w:p>
      <w:pPr>
        <w:spacing w:after="180"/>
      </w:pPr>
      <w:r>
        <w:t>Phone: __________________________  Email: _________________________________________</w:t>
      </w:r>
    </w:p>
    <w:p>
      <w:pPr>
        <w:spacing w:after="140"/>
      </w:pPr>
      <w:r>
        <w:t>Preferred contact:  ☐ Phone call   ☐ Text message   ☐ Email</w:t>
      </w:r>
    </w:p>
    <w:p>
      <w:pPr>
        <w:pStyle w:val="Heading1"/>
      </w:pPr>
      <w:r>
        <w:t>General Qualifications</w:t>
      </w:r>
    </w:p>
    <w:p>
      <w:pPr>
        <w:spacing w:after="140"/>
      </w:pPr>
      <w:r>
        <w:t>Are you legally authorized to work in the United States?  ☐ Yes  ☐ No</w:t>
        <w:br/>
        <w:t>Will you require employer sponsorship for work authorization now or in the future?  ☐ Yes  ☐ No</w:t>
      </w:r>
    </w:p>
    <w:p>
      <w:pPr>
        <w:spacing w:after="140"/>
      </w:pPr>
      <w:r>
        <w:t>For positions requiring driving: Do you hold a valid driver’s license?  ☐ Yes  ☐ No  ☐ N/A</w:t>
        <w:br/>
        <w:t>Do you have reliable transportation to the assigned work location?  ☐ Yes  ☐ No</w:t>
      </w:r>
    </w:p>
    <w:p>
      <w:pPr>
        <w:spacing w:after="180"/>
      </w:pPr>
      <w:r>
        <w:t>How did you hear about us? _______________________________________________________</w:t>
      </w:r>
    </w:p>
    <w:p>
      <w:pPr>
        <w:spacing w:after="180"/>
      </w:pPr>
      <w:r>
        <w:t>Have you worked for us before?  ☐ Yes  ☐ No   If yes, position and dates: ___________________</w:t>
      </w:r>
    </w:p>
    <w:p>
      <w:pPr>
        <w:pStyle w:val="Heading1"/>
        <w:pageBreakBefore/>
      </w:pPr>
      <w:r>
        <w:t>Employment History</w:t>
      </w:r>
    </w:p>
    <w:p>
      <w:pPr>
        <w:spacing w:after="180"/>
      </w:pPr>
      <w:r>
        <w:t>Applicant name: _____________________________________   Date: __________________</w:t>
      </w:r>
    </w:p>
    <w:p>
      <w:pPr>
        <w:spacing w:after="140"/>
      </w:pPr>
      <w:r>
        <w:t>List your three most recent employers, starting with the most recent. Include relevant self employment or volunteer experience. Attach additional pages if needed.</w:t>
      </w:r>
    </w:p>
    <w:p>
      <w:pPr>
        <w:pStyle w:val="Heading1"/>
      </w:pPr>
      <w:r>
        <w:t>Employer 1</w:t>
      </w:r>
    </w:p>
    <w:p>
      <w:pPr>
        <w:spacing w:after="180"/>
      </w:pPr>
      <w:r>
        <w:t>Company: _____________________________________  Phone: __________________________</w:t>
      </w:r>
    </w:p>
    <w:p>
      <w:pPr>
        <w:spacing w:after="180"/>
      </w:pPr>
      <w:r>
        <w:t>Location: _______________________________________________________________________</w:t>
      </w:r>
    </w:p>
    <w:p>
      <w:pPr>
        <w:spacing w:after="180"/>
      </w:pPr>
      <w:r>
        <w:t>Job title: _______________________________  Supervisor: ______________________________</w:t>
      </w:r>
    </w:p>
    <w:p>
      <w:pPr>
        <w:spacing w:after="180"/>
      </w:pPr>
      <w:r>
        <w:t>Dates employed: __________________ to __________________  ☐ Currently employed</w:t>
      </w:r>
    </w:p>
    <w:p>
      <w:pPr>
        <w:spacing w:after="60"/>
      </w:pPr>
      <w:r>
        <w:t>Main responsibilities and accomplishments:</w:t>
      </w:r>
    </w:p>
    <w:p>
      <w:pPr>
        <w:spacing w:after="180"/>
      </w:pPr>
      <w:r>
        <w:t>___________________________________________________________________________________________________</w:t>
      </w:r>
    </w:p>
    <w:p>
      <w:pPr>
        <w:spacing w:after="180"/>
      </w:pPr>
      <w:r>
        <w:t>Reason for leaving or seeking a change: ______________________________________________</w:t>
      </w:r>
    </w:p>
    <w:p>
      <w:pPr>
        <w:spacing w:after="120"/>
      </w:pPr>
      <w:r>
        <w:t>May we contact this employer?  ☐ Yes  ☐ No  ☐ Only after a conditional offer</w:t>
      </w:r>
    </w:p>
    <w:p>
      <w:pPr>
        <w:pStyle w:val="Heading1"/>
      </w:pPr>
      <w:r>
        <w:t>Employer 2</w:t>
      </w:r>
    </w:p>
    <w:p>
      <w:pPr>
        <w:spacing w:after="180"/>
      </w:pPr>
      <w:r>
        <w:t>Company: _____________________________________  Phone: __________________________</w:t>
      </w:r>
    </w:p>
    <w:p>
      <w:pPr>
        <w:spacing w:after="180"/>
      </w:pPr>
      <w:r>
        <w:t>Location: _______________________________________________________________________</w:t>
      </w:r>
    </w:p>
    <w:p>
      <w:pPr>
        <w:spacing w:after="180"/>
      </w:pPr>
      <w:r>
        <w:t>Job title: _______________________________  Supervisor: ______________________________</w:t>
      </w:r>
    </w:p>
    <w:p>
      <w:pPr>
        <w:spacing w:after="180"/>
      </w:pPr>
      <w:r>
        <w:t>Dates employed: __________________ to __________________  ☐ Currently employed</w:t>
      </w:r>
    </w:p>
    <w:p>
      <w:pPr>
        <w:spacing w:after="60"/>
      </w:pPr>
      <w:r>
        <w:t>Main responsibilities and accomplishments:</w:t>
      </w:r>
    </w:p>
    <w:p>
      <w:pPr>
        <w:spacing w:after="180"/>
      </w:pPr>
      <w:r>
        <w:t>___________________________________________________________________________________________________</w:t>
      </w:r>
    </w:p>
    <w:p>
      <w:pPr>
        <w:spacing w:after="180"/>
      </w:pPr>
      <w:r>
        <w:t>Reason for leaving or seeking a change: ______________________________________________</w:t>
      </w:r>
    </w:p>
    <w:p>
      <w:pPr>
        <w:spacing w:after="120"/>
      </w:pPr>
      <w:r>
        <w:t>May we contact this employer?  ☐ Yes  ☐ No  ☐ Only after a conditional offer</w:t>
      </w:r>
    </w:p>
    <w:p>
      <w:pPr>
        <w:pStyle w:val="Heading1"/>
      </w:pPr>
      <w:r>
        <w:t>Employer 3</w:t>
      </w:r>
    </w:p>
    <w:p>
      <w:pPr>
        <w:spacing w:after="180"/>
      </w:pPr>
      <w:r>
        <w:t>Company: _____________________________________  Phone: __________________________</w:t>
      </w:r>
    </w:p>
    <w:p>
      <w:pPr>
        <w:spacing w:after="180"/>
      </w:pPr>
      <w:r>
        <w:t>Location: _______________________________________________________________________</w:t>
      </w:r>
    </w:p>
    <w:p>
      <w:pPr>
        <w:spacing w:after="180"/>
      </w:pPr>
      <w:r>
        <w:t>Job title: _______________________________  Supervisor: ______________________________</w:t>
      </w:r>
    </w:p>
    <w:p>
      <w:pPr>
        <w:spacing w:after="180"/>
      </w:pPr>
      <w:r>
        <w:t>Dates employed: __________________ to __________________  ☐ Currently employed</w:t>
      </w:r>
    </w:p>
    <w:p>
      <w:pPr>
        <w:spacing w:after="60"/>
      </w:pPr>
      <w:r>
        <w:t>Main responsibilities and accomplishments:</w:t>
      </w:r>
    </w:p>
    <w:p>
      <w:pPr>
        <w:spacing w:after="180"/>
      </w:pPr>
      <w:r>
        <w:t>___________________________________________________________________________________________________</w:t>
      </w:r>
    </w:p>
    <w:p>
      <w:pPr>
        <w:spacing w:after="180"/>
      </w:pPr>
      <w:r>
        <w:t>Reason for leaving or seeking a change: ______________________________________________</w:t>
      </w:r>
    </w:p>
    <w:p>
      <w:pPr>
        <w:spacing w:after="120"/>
      </w:pPr>
      <w:r>
        <w:t>May we contact this employer?  ☐ Yes  ☐ No  ☐ Only after a conditional offer</w:t>
      </w:r>
    </w:p>
    <w:p>
      <w:pPr>
        <w:pStyle w:val="Heading1"/>
        <w:pageBreakBefore/>
      </w:pPr>
      <w:r>
        <w:t>Education Skills and References</w:t>
      </w:r>
    </w:p>
    <w:p>
      <w:pPr>
        <w:spacing w:after="180"/>
      </w:pPr>
      <w:r>
        <w:t>Applicant name: _____________________________________   Date: __________________</w:t>
      </w:r>
    </w:p>
    <w:p>
      <w:pPr>
        <w:pStyle w:val="Heading1"/>
      </w:pPr>
      <w:r>
        <w:t>Education and Training</w:t>
      </w:r>
    </w:p>
    <w:p>
      <w:pPr>
        <w:spacing w:after="180"/>
      </w:pPr>
      <w:r>
        <w:t>School or training program: ________________________________________________________</w:t>
      </w:r>
    </w:p>
    <w:p>
      <w:pPr>
        <w:spacing w:after="180"/>
      </w:pPr>
      <w:r>
        <w:t>Degree, diploma, certificate or area of study: ________________________  Completed? ☐ Yes ☐ No</w:t>
      </w:r>
    </w:p>
    <w:p>
      <w:pPr>
        <w:spacing w:after="180"/>
      </w:pPr>
      <w:r>
        <w:t>Additional school or training program: __________________________________________________</w:t>
      </w:r>
    </w:p>
    <w:p>
      <w:pPr>
        <w:spacing w:after="180"/>
      </w:pPr>
      <w:r>
        <w:t>Degree, diploma, certificate or area of study: ________________________  Completed? ☐ Yes ☐ No</w:t>
      </w:r>
    </w:p>
    <w:p>
      <w:pPr>
        <w:pStyle w:val="Heading1"/>
      </w:pPr>
      <w:r>
        <w:t>Licenses Certifications and Skills</w:t>
      </w:r>
    </w:p>
    <w:p>
      <w:pPr>
        <w:spacing w:after="140"/>
      </w:pPr>
      <w:r>
        <w:t>Check applicable qualifications and skills. Complete only the items relevant to your desired role.</w:t>
      </w:r>
    </w:p>
    <w:p>
      <w:pPr>
        <w:spacing w:after="140"/>
      </w:pPr>
      <w:r>
        <w:t>☐ EPA Section 608:  ☐ Type I  ☐ Type II  ☐ Type III  ☐ Universal</w:t>
        <w:br/>
        <w:t>☐ HVAC diagnostics / repair   ☐ Equipment installation   ☐ Ductwork   ☐ Electrical troubleshooting</w:t>
        <w:br/>
        <w:t>☐ Combustion analysis   ☐ Indoor air quality   ☐ Heat pumps / mini splits   ☐ Water heaters</w:t>
        <w:br/>
        <w:t>☐ Customer service   ☐ Dispatch / scheduling   ☐ Sales   ☐ Bookkeeping   ☐ Team supervision</w:t>
      </w:r>
    </w:p>
    <w:p>
      <w:pPr>
        <w:spacing w:after="180"/>
      </w:pPr>
      <w:r>
        <w:t>Other licenses or certifications and expiration dates: _____________________________________</w:t>
      </w:r>
    </w:p>
    <w:p>
      <w:pPr>
        <w:spacing w:after="180"/>
      </w:pPr>
      <w:r>
        <w:t>Relevant software, tools, languages or other skills: _______________________________________</w:t>
      </w:r>
    </w:p>
    <w:p>
      <w:pPr>
        <w:spacing w:after="180"/>
      </w:pPr>
      <w:r>
        <w:t>Years of relevant experience: ________  Describe your strengths: __________________________</w:t>
      </w:r>
    </w:p>
    <w:p>
      <w:pPr>
        <w:spacing w:after="180"/>
      </w:pPr>
      <w:r>
        <w:t>___________________________________________________________________________________________________</w:t>
      </w:r>
    </w:p>
    <w:p>
      <w:pPr>
        <w:pStyle w:val="Heading1"/>
      </w:pPr>
      <w:r>
        <w:t>Professional References</w:t>
      </w:r>
    </w:p>
    <w:p>
      <w:pPr>
        <w:spacing w:after="140"/>
      </w:pPr>
      <w:r>
        <w:t>List two professional references who can speak to your work. Please obtain their permission first.</w:t>
      </w:r>
    </w:p>
    <w:p>
      <w:pPr>
        <w:spacing w:after="180"/>
      </w:pPr>
      <w:r>
        <w:t>1. Name: ______________________________  Relationship: ______________________________</w:t>
      </w:r>
    </w:p>
    <w:p>
      <w:pPr>
        <w:spacing w:after="180"/>
      </w:pPr>
      <w:r>
        <w:t xml:space="preserve">   Company: ___________________________  Phone or email: _____________________________</w:t>
      </w:r>
    </w:p>
    <w:p>
      <w:pPr>
        <w:spacing w:after="180"/>
      </w:pPr>
      <w:r>
        <w:t>2. Name: ______________________________  Relationship: ______________________________</w:t>
      </w:r>
    </w:p>
    <w:p>
      <w:pPr>
        <w:spacing w:after="180"/>
      </w:pPr>
      <w:r>
        <w:t xml:space="preserve">   Company: ___________________________  Phone or email: _____________________________</w:t>
      </w:r>
    </w:p>
    <w:p>
      <w:pPr>
        <w:pStyle w:val="Heading1"/>
      </w:pPr>
      <w:r>
        <w:t>Applicant Acknowledgment</w:t>
      </w:r>
    </w:p>
    <w:p>
      <w:pPr>
        <w:spacing w:after="140"/>
      </w:pPr>
      <w:r>
        <w:t>I certify that the information I have provided is accurate and complete to the best of my knowledge. I understand that false or materially misleading information may affect hiring consideration or, if hired, continued employment. I authorize More Heat More Cool, Inc. to verify the employment, education and reference information provided, subject to my employer contact selections above. This application does not authorize a consumer report or background check; any required consent will be requested separately.</w:t>
      </w:r>
    </w:p>
    <w:p>
      <w:pPr>
        <w:spacing w:after="140"/>
      </w:pPr>
      <w:r>
        <w:t>I understand that submitting this application does not guarantee employment or create an employment contract.</w:t>
      </w:r>
    </w:p>
    <w:p>
      <w:pPr>
        <w:spacing w:after="180"/>
      </w:pPr>
      <w:r>
        <w:t>Applicant signature: ________________________________________  Date: 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Applicant information is used for hiring consideration.                                 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MORE HEAT MORE COOL, INC.  |  EMPLOYMENT APPLICATION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